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״השבוע הדיגיטלי שלנו״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קצר: הטקסט, חמשת שלבי פירוק השאלה, מיון לפי ממדים, שאלות בחירה, כתיבה וכרטיס יציאה. אינפוגרפיקה · כיתה ח׳ · מסלול עולים – עברית פשוטה.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כ־35–45 דקות. השאלות לקוחות מהטקסט שבאתר (עמוד ״תרגול״ ו״פרקו את השאלה״). בגרסה זו: טקסט בעברית פשוטה, מילון קצר, משפטים קצרים ו־3 אפשרויות.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ממד: איתור מידע | תשובה נכונה: א. 30 תלמידים | משפט מלא: בסקר השתתפו…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ממד: פרשנות והיסק | תשובה נכונה: א. מסך עד הרגע האחרון – פחות שינה | משפט מלא: משני השעונים לומדים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2–ב · 3–ג · 4–א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איתור מידע · 2 – איתור מידע · 3 – פרשנות והיסק · 4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3 · </w:t>
      </w:r>
      <w:r>
        <w:rPr>
          <w:rFonts w:ascii="Arial" w:hAnsi="Arial" w:cs="Arial"/>
          <w:b w:val="0"/>
          <w:sz w:val="17"/>
          <w:rtl w:val="1"/>
          <w:szCs w:val="17"/>
        </w:rPr>
        <w:t>1 – ב (8 שעות וחצי) · 2 – א (האור והתוכן המרגש)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תשובה צפויה: א. כן – בדברי טליה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״השבוע הדיגיטלי שלנו״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אינפוגרפיקה · כיתה ח׳ · מסלול עולים – 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 xml:space="preserve">📖 מילון קצר: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יומן מסכים – דף שבו רושמים כל יום כמה זמן היינו מול מסך · להמחשה – כדי להראות ולהסביר, לא נתון אמיתי · בממוצע – בערך, כשמחשבים את כולם יחד · פלחים – חלקים של עיגול, כמו חתיכות של עוגה · מאוזן – שיש בו מכל דבר במידה נכונה · פנים אל פנים – במפגש אמיתי, לא דרך מסך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עברית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English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Русский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العربية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  <w:t>አማርኛ</w:t>
            </w:r>
          </w:p>
        </w:tc>
        <w:tc>
          <w:tcPr>
            <w:tcW w:type="dxa" w:w="1738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7"/>
                <w:rtl w:val="1"/>
                <w:szCs w:val="17"/>
                <w:bCs/>
              </w:rPr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what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что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ماذا / ما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❔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למה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why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почему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لماذا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ለምን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🤷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ציינו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state / list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укажите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اذكروا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ጥቀሱ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📝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הסבירו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explain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объясните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اشرحوا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አብራሩ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🗣️</w:t>
            </w:r>
          </w:p>
        </w:tc>
      </w:tr>
      <w:tr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17"/>
                <w:rtl w:val="1"/>
                <w:szCs w:val="17"/>
                <w:bCs/>
              </w:rPr>
              <w:t>נמקו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give reasons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обоснуйте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عَلِّلوا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ምክንያት ስጡ</w:t>
            </w:r>
          </w:p>
        </w:tc>
        <w:tc>
          <w:tcPr>
            <w:tcW w:type="dxa" w:w="173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17"/>
                <w:rtl w:val="1"/>
                <w:szCs w:val="17"/>
              </w:rPr>
              <w:t>🔗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אינפוגרפיקה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השבוע הדיגיטלי שלנו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0"/>
                <w:rtl w:val="1"/>
                <w:szCs w:val="20"/>
                <w:bCs/>
              </w:rPr>
              <w:t>סקר כיתתי לדוגמה: כמה זמן אנחנו מול מסכים – ומה קורה בינתיים לשינה, לספורט ולחברים?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כותרת: "השבוע הדיגיטלי שלנו". זה סקר לדוגמה. 30 תלמידים בכיתה ח׳ דמיונית כתבו יומן מסכים שבוע אחד. המספרים להמחשה.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1 – זמן מסך ביום: 8 תלמידים – עד שעתיים. 14 תלמידים – שעתיים עד ארבע שעות. 8 תלמידים – יותר מארבע שעות.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2 – מסכים ושינה: מי שכיבו מסך שעה לפני השינה ישנו 8 שעות וחצי. מי שהשתמשו במסך עד השינה ישנו 7 שעות. אור המסך מקשה להירדם.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3 – מה עוד עשינו: 18 תלמידים עשו ספורט שלוש פעמים בשבוע. 21 תלמידים פגשו חברים. 9 תלמידים כמעט לא יצאו מהבית.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4 – מה אמרתם: אורי: "בפארק אני שוכח מהטלפון". סלאם: "בלילה אני רוצה עוד סרטון". טליה: "המסך עוזר לי לדבר עם בת דודה רחוקה".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תיבה 5 – טיפים: מסך בחדר אחר לפני השינה. ארוחה בלי מסכים. שעון לזמן מסך. חצי שעה תנועה בחוץ. פגישה אמיתית במקום הודעה.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0"/>
                <w:rtl w:val="1"/>
                <w:szCs w:val="20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יומן מסכים – דף שבו רושמים כל יום כמה זמן היינו מול מסך · להמחשה – כדי להראות ולהסביר, לא נתון אמיתי · בממוצע – בערך, כשמחשבים את כולם יחד · פלחים – חלקים של עיגול, כמו חתיכות של עוגה · מאוזן – שיש בו מכל דבר במידה נכונה · פנים אל פנים – במפגש אמיתי, לא דרך מסך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קראו. סמנו את מילת השאלה. בחרו ממד. בחרו תשובה. כתבו 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תלמידים היו בסקר?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30 תלמידים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14 תלמידים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8 תלמידים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בסקר השתתפו… 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לומדים משני השעונים?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מסך עד הרגע האחרון – פחות שינה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מסך לא משפיע על השינה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מסך עוזר להירדם מהר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משני השעונים לומדים ש… 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התאימו: מילת שאלה ← מה עושים.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הסבירו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/ לפי הטקסט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לענות רק ממה שכתוב, לא מהידע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עד כמה משכנע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לבקר את הטיעון: נימוקים, דוגמאות, טיעון נגד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לפרש ולהבהיר במילים שלי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לאיזה ממד שייכת השאלה?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כמה שעות ישנו בממוצע שתי הקבוצות שמוצגות בתיבה 2.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הסיבה שמופיעה בבועה בתיבה 2 לכך שקשה להירדם אחרי שימוש במסך? ציינו שני גורמים.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משותף לדבריהם של אורי וטליה בתיבה 4, ובמה דבריה של סלאם שונים?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איזה טיפ מתיבה 5 הוא לדעתכם היעיל ביותר לתלמידי כיתה ח׳? נמקו בעזרת נתון אחד מהאינפוגרפיקה.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ישנו מי שכיבו את המסך שעה לפני השינה?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7 שעות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8 שעות וחצי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4 שעות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מקשה להירדם אחרי מסך?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האור והתוכן המרגש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הארוחה המשפחתית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הספורט בחוץ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האינפוגרפיקה מראה גם צד טוב של המסך?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כן – בדברי טליה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לא – אין שום דבר טוב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אין בה ציטוטים בכלל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✏️ לדעתי האינפוגרפיקה… כי… 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חדשה שלמדתי היום: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משפט אחד: מה עושים לפני שעונים?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השבוע הדיגיטלי שלנו · כיתה ח׳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השבוע הדיגיטלי שלנו · כיתה ח׳ ·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