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״"גילינו שגם אנחנו יכולים לשנות משהו"״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7"/>
          <w:rtl w:val="1"/>
          <w:szCs w:val="27"/>
        </w:rPr>
        <w:t>דף תרגול קצר: הטקסט, חמשת שלבי פירוק השאלה, מיון לפי ממדים, שאלות בחירה, כתיבה וכרטיס יציאה. כתבה · כיתה ח׳ · מסלול חנ״מ – מותאם.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⏱️ כ־35–45 דקות. השאלות לקוחות מהטקסט שבאתר (עמוד ״תרגול״ ו״פרקו את השאלה״). בגרסה זו: טקסט בעברית פשוטה, פחות פריטים, 3 אפשרויות ומשפטי פתיחה.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1 · </w:t>
      </w:r>
      <w:r>
        <w:rPr>
          <w:rFonts w:ascii="Arial" w:hAnsi="Arial" w:cs="Arial"/>
          <w:b w:val="0"/>
          <w:sz w:val="22"/>
          <w:rtl w:val="1"/>
          <w:szCs w:val="22"/>
        </w:rPr>
        <w:t>ממד: איתור מידע | תשובה נכונה: א. ביקור אצל שכנים מבוגרים | משפט מלא: שלושת המסלולים הם…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2 · </w:t>
      </w:r>
      <w:r>
        <w:rPr>
          <w:rFonts w:ascii="Arial" w:hAnsi="Arial" w:cs="Arial"/>
          <w:b w:val="0"/>
          <w:sz w:val="22"/>
          <w:rtl w:val="1"/>
          <w:szCs w:val="22"/>
        </w:rPr>
        <w:t>ממד: פרשנות והיסק | תשובה נכונה: א. כי הם כמו חברים | משפט מלא: רבקה מרגישה ש…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1 · </w:t>
      </w:r>
      <w:r>
        <w:rPr>
          <w:rFonts w:ascii="Arial" w:hAnsi="Arial" w:cs="Arial"/>
          <w:b w:val="0"/>
          <w:sz w:val="22"/>
          <w:rtl w:val="1"/>
          <w:szCs w:val="22"/>
        </w:rPr>
        <w:t>1–ג · 2–א · 3–ב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2 · </w:t>
      </w:r>
      <w:r>
        <w:rPr>
          <w:rFonts w:ascii="Arial" w:hAnsi="Arial" w:cs="Arial"/>
          <w:b w:val="0"/>
          <w:sz w:val="22"/>
          <w:rtl w:val="1"/>
          <w:szCs w:val="22"/>
        </w:rPr>
        <w:t>1 – איתור מידע · 2 – פרשנות והיסק · 3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3 · </w:t>
      </w:r>
      <w:r>
        <w:rPr>
          <w:rFonts w:ascii="Arial" w:hAnsi="Arial" w:cs="Arial"/>
          <w:b w:val="0"/>
          <w:sz w:val="22"/>
          <w:rtl w:val="1"/>
          <w:szCs w:val="22"/>
        </w:rPr>
        <w:t>1 – ב (חצי שנה) · 2 – ב (ממיינים ואורזים חבילות)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ג׳ 1 · </w:t>
      </w:r>
      <w:r>
        <w:rPr>
          <w:rFonts w:ascii="Arial" w:hAnsi="Arial" w:cs="Arial"/>
          <w:b w:val="0"/>
          <w:sz w:val="22"/>
          <w:rtl w:val="1"/>
          <w:szCs w:val="22"/>
        </w:rPr>
        <w:t>תשובה צפויה: ב. ביקור שכנים מבוגרים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התלמיד/ה – ״"גילינו שגם אנחנו יכולים לשנות משהו"״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ח׳ · מסלול חנ״מ – מותאם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כתבה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"גילינו שגם אנחנו יכולים לשנות משהו"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6"/>
                <w:rtl w:val="1"/>
                <w:szCs w:val="26"/>
                <w:bCs/>
              </w:rPr>
              <w:t>בני נוער מהשכונה מתנדבים בספרייה, אצל שכנים מבוגרים וביום איסוף מזון – ומספרים מה קיבלו בחזרה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ביום שלישי ילדים מכיתה א׳ קוראים בספרייה עם בני נוער מכיתה ח׳. מאיה בת 13. בהתחלה הילד לא רצה לקרוא. היום הוא קורא לה.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28 בני נוער התנדבו השנה. יש שלושה מסלולים: קריאה עם ילדים, ביקור אצל שכנים מבוגרים, ויום איסוף מזון. כל מתנדב מגיע פעם בשבוע, חצי שנה.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אדיסו בן 14. הוא מבקר כל יום חמישי את רבקה, בת 86. היא לימדה אותו שש־בש. הוא לימד אותה לשלוח תמונות לנכדים.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ביום איסוף המזון המתנדבים עומדים ליד חנויות. הם מבקשים מהקונים לתרום מוצר. בערב הם אורזים חבילות. עלי מספר: מילאנו 120 ארגזים.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נועה היא הרכזת. היא אומרת: בני הנוער מגלים שהם אחראים. הקושי הוא להמשיך להגיע כל שבוע.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(6)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בסוף השנה כל מתנדב כתב משפט על פתק. אדיסו הראה תמונה שרבקה שלחה לבד.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מסלול – דרך פעילות אחת מתוך כמה אפשרויות · מתחייב – מבטיח לעשות משהו · ממיינים – מסדרים לפי סוגים · רכזת – האחראית שמארגנת את הקבוצה · ביישנים – שמתביישים ומדברים מעט · ההתמדה – להמשיך לעשות משהו לאורך זמן, גם כשקשה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השאלה. סמנו את מילת השאלה. בחרו ממד. בחרו תשובה, והשלימו את המשפט.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איזה מסלול הוא אחד ממסלולי הקבוצה?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ביקור אצל שכנים מבוגרים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אימון כדורגל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צביעת קירות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שלושת המסלולים הם… 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לרבקה חשוב שאדיסו "בא לבקר"?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כי הם כמו חברים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כי הוא מנקה לה את הבית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כי היא לא אוהבת אורחים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רבקה מרגישה ש… 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1. התאימו: מילת שאלה ← מה עושים. כתבו את האות ליד המספר.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מדוע / למה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לכתוב טקסט קצר משלכם לפי סוגה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שכנעו / כתבו מכתב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להעתיק מילים מדויקות מהטקסט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העתיקו / מצאו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למצוא סיבה – כתובה או מוסתרת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2. מיינו: לאיזה ממד שייכת כל שאלה? סמנו ✔ בעמודה המתאימה.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מה מתחייב כל מתנדב לעשות לפי פסקה 2?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מה תפקיד הפסקה האחרונה בכתבה? הסבירו כיצד היא מתקשרת לכותרת.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הרכזת אומרת שהקושי הגדול בהתנדבות הוא ההתמדה. האם אתם מסכימים? נמקו ותנו דוגמה מחייכם או מהכתבה.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כמה זמן מתחייב כל מתנדב?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חודש אחד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חצי שנה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שנתיים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עושים המתנדבים בערב של יום האיסוף?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קוראים ספרים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ממיינים ואורזים חבילות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משחקים שש־בש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באיזה מסלול היית בוחר/ת?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קריאה עם ילדים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ביקור שכנים מבוגרים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יום איסוף מזון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הייתי בוחר/ת ב… כי… וגם כי בכתבה… 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מה למדתי היום? מילת שאלה אחת: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2. מה היה לי קל? ומה היה לי קשה?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"גילינו שגם אנחנו יכולים לשנות משהו" · כיתה ח׳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"גילינו שגם אנחנו יכולים לשנות משהו" · כיתה ח׳ ·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